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6DA" w:rsidRPr="00813254" w:rsidRDefault="00E16C25" w:rsidP="00813254">
      <w:pPr>
        <w:jc w:val="center"/>
        <w:rPr>
          <w:sz w:val="20"/>
        </w:rPr>
      </w:pPr>
      <w:r w:rsidRPr="00813254">
        <w:rPr>
          <w:noProof/>
          <w:sz w:val="20"/>
          <w:lang w:val="es-AR" w:eastAsia="es-AR"/>
        </w:rPr>
        <w:drawing>
          <wp:inline distT="0" distB="0" distL="0" distR="0" wp14:anchorId="22DF5E05" wp14:editId="6E26B011">
            <wp:extent cx="1080000" cy="111436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6-01-12 at 14.30.52.jpe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114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13254">
        <w:rPr>
          <w:b/>
          <w:sz w:val="20"/>
        </w:rPr>
        <w:br/>
        <w:t>INSTITUTO MARÍA AUXILIA</w:t>
      </w:r>
      <w:r w:rsidR="00813254" w:rsidRPr="00813254">
        <w:rPr>
          <w:b/>
          <w:sz w:val="20"/>
        </w:rPr>
        <w:t>DORA – NEUQUÉN</w:t>
      </w:r>
      <w:r w:rsidR="00813254" w:rsidRPr="00813254">
        <w:rPr>
          <w:b/>
          <w:sz w:val="20"/>
        </w:rPr>
        <w:br/>
        <w:t>FICHA MÉDICA 2026 -</w:t>
      </w:r>
      <w:r w:rsidRPr="00813254">
        <w:rPr>
          <w:b/>
          <w:sz w:val="20"/>
        </w:rPr>
        <w:t>DATOS DEL ALUMNO</w:t>
      </w:r>
    </w:p>
    <w:p w:rsidR="007343FD" w:rsidRDefault="007343FD">
      <w:pPr>
        <w:rPr>
          <w:sz w:val="20"/>
        </w:rPr>
      </w:pPr>
      <w:proofErr w:type="spellStart"/>
      <w:r>
        <w:rPr>
          <w:sz w:val="20"/>
        </w:rPr>
        <w:t>Fecha</w:t>
      </w:r>
      <w:proofErr w:type="spellEnd"/>
      <w:r>
        <w:rPr>
          <w:sz w:val="20"/>
        </w:rPr>
        <w:t>: ................</w:t>
      </w:r>
    </w:p>
    <w:p w:rsidR="005C46DA" w:rsidRPr="00813254" w:rsidRDefault="00E16C25">
      <w:pPr>
        <w:rPr>
          <w:sz w:val="20"/>
        </w:rPr>
      </w:pPr>
      <w:proofErr w:type="spellStart"/>
      <w:r w:rsidRPr="00813254">
        <w:rPr>
          <w:sz w:val="20"/>
        </w:rPr>
        <w:t>Nombre</w:t>
      </w:r>
      <w:proofErr w:type="spellEnd"/>
      <w:r w:rsidRPr="00813254">
        <w:rPr>
          <w:sz w:val="20"/>
        </w:rPr>
        <w:t xml:space="preserve"> y </w:t>
      </w:r>
      <w:proofErr w:type="spellStart"/>
      <w:r w:rsidRPr="00813254">
        <w:rPr>
          <w:sz w:val="20"/>
        </w:rPr>
        <w:t>apellido</w:t>
      </w:r>
      <w:proofErr w:type="spellEnd"/>
      <w:r w:rsidRPr="00813254">
        <w:rPr>
          <w:sz w:val="20"/>
        </w:rPr>
        <w:t>: .................................................................   DNI: .......................</w:t>
      </w:r>
    </w:p>
    <w:p w:rsidR="005C46DA" w:rsidRPr="00813254" w:rsidRDefault="00E16C25">
      <w:pPr>
        <w:rPr>
          <w:sz w:val="20"/>
        </w:rPr>
      </w:pPr>
      <w:r w:rsidRPr="00813254">
        <w:rPr>
          <w:sz w:val="20"/>
        </w:rPr>
        <w:t xml:space="preserve">Fecha de Nacimiento: ................ Sexo: ........ </w:t>
      </w:r>
      <w:proofErr w:type="spellStart"/>
      <w:r w:rsidRPr="00813254">
        <w:rPr>
          <w:sz w:val="20"/>
        </w:rPr>
        <w:t>Edad</w:t>
      </w:r>
      <w:proofErr w:type="spellEnd"/>
      <w:r w:rsidRPr="00813254">
        <w:rPr>
          <w:sz w:val="20"/>
        </w:rPr>
        <w:t xml:space="preserve">: </w:t>
      </w:r>
      <w:r w:rsidR="007343FD">
        <w:rPr>
          <w:sz w:val="20"/>
        </w:rPr>
        <w:t>…</w:t>
      </w:r>
      <w:r w:rsidRPr="00813254">
        <w:rPr>
          <w:sz w:val="20"/>
        </w:rPr>
        <w:t xml:space="preserve">... Grupo Sanguíneo: </w:t>
      </w:r>
      <w:proofErr w:type="gramStart"/>
      <w:r w:rsidRPr="00813254">
        <w:rPr>
          <w:sz w:val="20"/>
        </w:rPr>
        <w:t>A  B</w:t>
      </w:r>
      <w:proofErr w:type="gramEnd"/>
      <w:r w:rsidRPr="00813254">
        <w:rPr>
          <w:sz w:val="20"/>
        </w:rPr>
        <w:t xml:space="preserve">  O   Factor: +  -</w:t>
      </w:r>
    </w:p>
    <w:p w:rsidR="007343FD" w:rsidRDefault="00E16C25">
      <w:pPr>
        <w:rPr>
          <w:sz w:val="20"/>
        </w:rPr>
      </w:pPr>
      <w:r w:rsidRPr="00813254">
        <w:rPr>
          <w:sz w:val="20"/>
        </w:rPr>
        <w:t>Obra social / Prepaga: ........................................ Nº Afiliado: ........................</w:t>
      </w:r>
      <w:r w:rsidR="007343FD">
        <w:rPr>
          <w:sz w:val="20"/>
        </w:rPr>
        <w:t xml:space="preserve"> </w:t>
      </w:r>
      <w:r w:rsidRPr="00813254">
        <w:rPr>
          <w:sz w:val="20"/>
        </w:rPr>
        <w:t>Plan: ............</w:t>
      </w:r>
    </w:p>
    <w:p w:rsidR="005C46DA" w:rsidRPr="00813254" w:rsidRDefault="00E16C25" w:rsidP="00813254">
      <w:pPr>
        <w:rPr>
          <w:sz w:val="20"/>
        </w:rPr>
      </w:pPr>
      <w:proofErr w:type="spellStart"/>
      <w:r w:rsidRPr="00813254">
        <w:rPr>
          <w:sz w:val="20"/>
        </w:rPr>
        <w:t>Grado</w:t>
      </w:r>
      <w:proofErr w:type="spellEnd"/>
      <w:r w:rsidRPr="00813254">
        <w:rPr>
          <w:sz w:val="20"/>
        </w:rPr>
        <w:t>/</w:t>
      </w:r>
      <w:proofErr w:type="spellStart"/>
      <w:r w:rsidRPr="00813254">
        <w:rPr>
          <w:sz w:val="20"/>
        </w:rPr>
        <w:t>Año</w:t>
      </w:r>
      <w:proofErr w:type="spellEnd"/>
      <w:r w:rsidRPr="00813254">
        <w:rPr>
          <w:sz w:val="20"/>
        </w:rPr>
        <w:t>: ........ División: ........ Turno: ........</w:t>
      </w:r>
      <w:r w:rsidRPr="00813254">
        <w:rPr>
          <w:b/>
          <w:sz w:val="20"/>
        </w:rPr>
        <w:br/>
        <w:t>ANTECEDENTES PERSONALES (marcar con un círculo la respuesta correcta)</w:t>
      </w:r>
    </w:p>
    <w:p w:rsidR="005C46DA" w:rsidRPr="00813254" w:rsidRDefault="00E16C25">
      <w:pPr>
        <w:rPr>
          <w:sz w:val="20"/>
        </w:rPr>
      </w:pPr>
      <w:r w:rsidRPr="00813254">
        <w:rPr>
          <w:sz w:val="20"/>
        </w:rPr>
        <w:t>¿Presenta plan de vacunación acorde a su edad?  SI  NO</w:t>
      </w:r>
    </w:p>
    <w:p w:rsidR="005C46DA" w:rsidRPr="00813254" w:rsidRDefault="00E16C25">
      <w:pPr>
        <w:rPr>
          <w:sz w:val="20"/>
        </w:rPr>
      </w:pPr>
      <w:r w:rsidRPr="00813254">
        <w:rPr>
          <w:sz w:val="20"/>
        </w:rPr>
        <w:t>¿P</w:t>
      </w:r>
      <w:r w:rsidR="007343FD">
        <w:rPr>
          <w:sz w:val="20"/>
        </w:rPr>
        <w:t xml:space="preserve">resentó </w:t>
      </w:r>
      <w:proofErr w:type="spellStart"/>
      <w:r w:rsidR="007343FD">
        <w:rPr>
          <w:sz w:val="20"/>
        </w:rPr>
        <w:t>alguna</w:t>
      </w:r>
      <w:proofErr w:type="spellEnd"/>
      <w:r w:rsidR="007343FD">
        <w:rPr>
          <w:sz w:val="20"/>
        </w:rPr>
        <w:t xml:space="preserve"> </w:t>
      </w:r>
      <w:proofErr w:type="spellStart"/>
      <w:r w:rsidR="007343FD">
        <w:rPr>
          <w:sz w:val="20"/>
        </w:rPr>
        <w:t>anomalía</w:t>
      </w:r>
      <w:proofErr w:type="spellEnd"/>
      <w:r w:rsidR="007343FD">
        <w:rPr>
          <w:sz w:val="20"/>
        </w:rPr>
        <w:t xml:space="preserve"> al </w:t>
      </w:r>
      <w:proofErr w:type="spellStart"/>
      <w:r w:rsidR="007343FD">
        <w:rPr>
          <w:sz w:val="20"/>
        </w:rPr>
        <w:t>nacer</w:t>
      </w:r>
      <w:proofErr w:type="spellEnd"/>
      <w:r w:rsidRPr="00813254">
        <w:rPr>
          <w:sz w:val="20"/>
        </w:rPr>
        <w:t>?  SI  NO  ¿Cuál/es?: ........................................</w:t>
      </w:r>
    </w:p>
    <w:p w:rsidR="005C46DA" w:rsidRPr="00813254" w:rsidRDefault="00E16C25">
      <w:pPr>
        <w:rPr>
          <w:sz w:val="20"/>
        </w:rPr>
      </w:pPr>
      <w:r w:rsidRPr="00813254">
        <w:rPr>
          <w:sz w:val="20"/>
        </w:rPr>
        <w:t>¿</w:t>
      </w:r>
      <w:proofErr w:type="spellStart"/>
      <w:r w:rsidRPr="00813254">
        <w:rPr>
          <w:sz w:val="20"/>
        </w:rPr>
        <w:t>Está</w:t>
      </w:r>
      <w:proofErr w:type="spellEnd"/>
      <w:r w:rsidRPr="00813254">
        <w:rPr>
          <w:sz w:val="20"/>
        </w:rPr>
        <w:t xml:space="preserve"> </w:t>
      </w:r>
      <w:proofErr w:type="spellStart"/>
      <w:r w:rsidRPr="00813254">
        <w:rPr>
          <w:sz w:val="20"/>
        </w:rPr>
        <w:t>bajo</w:t>
      </w:r>
      <w:proofErr w:type="spellEnd"/>
      <w:r w:rsidRPr="00813254">
        <w:rPr>
          <w:sz w:val="20"/>
        </w:rPr>
        <w:t xml:space="preserve"> </w:t>
      </w:r>
      <w:proofErr w:type="spellStart"/>
      <w:r w:rsidRPr="00813254">
        <w:rPr>
          <w:sz w:val="20"/>
        </w:rPr>
        <w:t>tratamiento</w:t>
      </w:r>
      <w:proofErr w:type="spellEnd"/>
      <w:r w:rsidRPr="00813254">
        <w:rPr>
          <w:sz w:val="20"/>
        </w:rPr>
        <w:t xml:space="preserve">?  </w:t>
      </w:r>
      <w:proofErr w:type="gramStart"/>
      <w:r w:rsidRPr="00813254">
        <w:rPr>
          <w:sz w:val="20"/>
        </w:rPr>
        <w:t>SI  NO</w:t>
      </w:r>
      <w:proofErr w:type="gramEnd"/>
      <w:r w:rsidRPr="00813254">
        <w:rPr>
          <w:sz w:val="20"/>
        </w:rPr>
        <w:t xml:space="preserve">  Detalle: ........................................</w:t>
      </w:r>
    </w:p>
    <w:p w:rsidR="005C46DA" w:rsidRPr="00813254" w:rsidRDefault="007343FD">
      <w:pPr>
        <w:rPr>
          <w:sz w:val="20"/>
        </w:rPr>
      </w:pPr>
      <w:r>
        <w:rPr>
          <w:sz w:val="20"/>
        </w:rPr>
        <w:t>¿</w:t>
      </w:r>
      <w:proofErr w:type="spellStart"/>
      <w:r>
        <w:rPr>
          <w:sz w:val="20"/>
        </w:rPr>
        <w:t>Tiene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cirugías</w:t>
      </w:r>
      <w:proofErr w:type="spellEnd"/>
      <w:r w:rsidR="00E16C25" w:rsidRPr="00813254">
        <w:rPr>
          <w:sz w:val="20"/>
        </w:rPr>
        <w:t>?  SI  NO  ¿De qué?: ........................................</w:t>
      </w:r>
    </w:p>
    <w:p w:rsidR="005C46DA" w:rsidRPr="00813254" w:rsidRDefault="00E16C25">
      <w:pPr>
        <w:rPr>
          <w:sz w:val="20"/>
        </w:rPr>
      </w:pPr>
      <w:r w:rsidRPr="00813254">
        <w:rPr>
          <w:sz w:val="20"/>
        </w:rPr>
        <w:t>¿Sufrió algún accidente?  SI  NO  Causa: ........................................</w:t>
      </w:r>
    </w:p>
    <w:p w:rsidR="005C46DA" w:rsidRPr="00813254" w:rsidRDefault="00E16C25">
      <w:pPr>
        <w:rPr>
          <w:sz w:val="20"/>
        </w:rPr>
      </w:pPr>
      <w:r w:rsidRPr="00813254">
        <w:rPr>
          <w:sz w:val="20"/>
        </w:rPr>
        <w:t>Tipo de lesión: ........................................  Secuela: ........................................</w:t>
      </w:r>
    </w:p>
    <w:p w:rsidR="007343FD" w:rsidRDefault="00E16C25" w:rsidP="007343FD">
      <w:pPr>
        <w:rPr>
          <w:sz w:val="20"/>
        </w:rPr>
      </w:pPr>
      <w:r w:rsidRPr="00813254">
        <w:rPr>
          <w:sz w:val="20"/>
        </w:rPr>
        <w:t>¿</w:t>
      </w:r>
      <w:proofErr w:type="spellStart"/>
      <w:r w:rsidR="007343FD">
        <w:rPr>
          <w:sz w:val="20"/>
        </w:rPr>
        <w:t>Alguna</w:t>
      </w:r>
      <w:proofErr w:type="spellEnd"/>
      <w:r w:rsidR="007343FD">
        <w:rPr>
          <w:sz w:val="20"/>
        </w:rPr>
        <w:t xml:space="preserve"> </w:t>
      </w:r>
      <w:proofErr w:type="spellStart"/>
      <w:r w:rsidR="007343FD">
        <w:rPr>
          <w:sz w:val="20"/>
        </w:rPr>
        <w:t>vez</w:t>
      </w:r>
      <w:proofErr w:type="spellEnd"/>
      <w:r w:rsidR="007343FD">
        <w:rPr>
          <w:sz w:val="20"/>
        </w:rPr>
        <w:t xml:space="preserve"> </w:t>
      </w:r>
      <w:proofErr w:type="spellStart"/>
      <w:r w:rsidR="007343FD">
        <w:rPr>
          <w:sz w:val="20"/>
        </w:rPr>
        <w:t>p</w:t>
      </w:r>
      <w:r w:rsidRPr="00813254">
        <w:rPr>
          <w:sz w:val="20"/>
        </w:rPr>
        <w:t>resentó</w:t>
      </w:r>
      <w:proofErr w:type="spellEnd"/>
      <w:r w:rsidRPr="00813254">
        <w:rPr>
          <w:sz w:val="20"/>
        </w:rPr>
        <w:t xml:space="preserve"> </w:t>
      </w:r>
      <w:proofErr w:type="spellStart"/>
      <w:r w:rsidRPr="00813254">
        <w:rPr>
          <w:sz w:val="20"/>
        </w:rPr>
        <w:t>traumatismo</w:t>
      </w:r>
      <w:proofErr w:type="spellEnd"/>
      <w:r w:rsidRPr="00813254">
        <w:rPr>
          <w:sz w:val="20"/>
        </w:rPr>
        <w:t xml:space="preserve"> de </w:t>
      </w:r>
      <w:proofErr w:type="spellStart"/>
      <w:r w:rsidRPr="00813254">
        <w:rPr>
          <w:sz w:val="20"/>
        </w:rPr>
        <w:t>cráneo</w:t>
      </w:r>
      <w:proofErr w:type="spellEnd"/>
      <w:r w:rsidRPr="00813254">
        <w:rPr>
          <w:sz w:val="20"/>
        </w:rPr>
        <w:t xml:space="preserve"> con pérdida de conocimiento?  </w:t>
      </w:r>
      <w:proofErr w:type="gramStart"/>
      <w:r w:rsidRPr="00813254">
        <w:rPr>
          <w:sz w:val="20"/>
        </w:rPr>
        <w:t>SI  NO</w:t>
      </w:r>
      <w:proofErr w:type="gramEnd"/>
    </w:p>
    <w:p w:rsidR="007343FD" w:rsidRDefault="007343FD" w:rsidP="007343FD">
      <w:pPr>
        <w:rPr>
          <w:sz w:val="20"/>
        </w:rPr>
      </w:pPr>
      <w:r>
        <w:rPr>
          <w:sz w:val="20"/>
        </w:rPr>
        <w:t>¿</w:t>
      </w:r>
      <w:proofErr w:type="spellStart"/>
      <w:r w:rsidRPr="00813254">
        <w:rPr>
          <w:sz w:val="20"/>
        </w:rPr>
        <w:t>Lesiones</w:t>
      </w:r>
      <w:proofErr w:type="spellEnd"/>
      <w:r w:rsidRPr="00813254">
        <w:rPr>
          <w:sz w:val="20"/>
        </w:rPr>
        <w:t xml:space="preserve"> </w:t>
      </w:r>
      <w:proofErr w:type="spellStart"/>
      <w:r w:rsidRPr="00813254">
        <w:rPr>
          <w:sz w:val="20"/>
        </w:rPr>
        <w:t>deportivas</w:t>
      </w:r>
      <w:proofErr w:type="spellEnd"/>
      <w:r>
        <w:rPr>
          <w:sz w:val="20"/>
        </w:rPr>
        <w:t>?</w:t>
      </w:r>
      <w:r w:rsidRPr="00813254">
        <w:rPr>
          <w:sz w:val="20"/>
        </w:rPr>
        <w:t xml:space="preserve"> </w:t>
      </w:r>
      <w:proofErr w:type="gramStart"/>
      <w:r w:rsidRPr="00813254">
        <w:rPr>
          <w:sz w:val="20"/>
        </w:rPr>
        <w:t>SI  NO</w:t>
      </w:r>
      <w:proofErr w:type="gramEnd"/>
      <w:r w:rsidRPr="00813254">
        <w:rPr>
          <w:sz w:val="20"/>
        </w:rPr>
        <w:t xml:space="preserve">  </w:t>
      </w:r>
      <w:proofErr w:type="spellStart"/>
      <w:r w:rsidRPr="00813254">
        <w:rPr>
          <w:sz w:val="20"/>
        </w:rPr>
        <w:t>Detalle</w:t>
      </w:r>
      <w:proofErr w:type="spellEnd"/>
      <w:r w:rsidRPr="00813254">
        <w:rPr>
          <w:sz w:val="20"/>
        </w:rPr>
        <w:t>: ........................................</w:t>
      </w:r>
    </w:p>
    <w:p w:rsidR="007343FD" w:rsidRPr="00813254" w:rsidRDefault="007343FD" w:rsidP="007343FD">
      <w:pPr>
        <w:rPr>
          <w:sz w:val="20"/>
        </w:rPr>
      </w:pPr>
      <w:r w:rsidRPr="007343FD">
        <w:rPr>
          <w:sz w:val="20"/>
        </w:rPr>
        <w:t xml:space="preserve"> </w:t>
      </w:r>
      <w:r w:rsidRPr="00813254">
        <w:rPr>
          <w:sz w:val="20"/>
        </w:rPr>
        <w:t>¿</w:t>
      </w:r>
      <w:proofErr w:type="spellStart"/>
      <w:r w:rsidRPr="00813254">
        <w:rPr>
          <w:sz w:val="20"/>
        </w:rPr>
        <w:t>Padece</w:t>
      </w:r>
      <w:proofErr w:type="spellEnd"/>
      <w:r w:rsidRPr="00813254">
        <w:rPr>
          <w:sz w:val="20"/>
        </w:rPr>
        <w:t xml:space="preserve"> o </w:t>
      </w:r>
      <w:proofErr w:type="spellStart"/>
      <w:r w:rsidRPr="00813254">
        <w:rPr>
          <w:sz w:val="20"/>
        </w:rPr>
        <w:t>padeció</w:t>
      </w:r>
      <w:proofErr w:type="spellEnd"/>
      <w:r w:rsidRPr="00813254">
        <w:rPr>
          <w:sz w:val="20"/>
        </w:rPr>
        <w:t xml:space="preserve"> </w:t>
      </w:r>
      <w:proofErr w:type="spellStart"/>
      <w:r w:rsidRPr="00813254">
        <w:rPr>
          <w:sz w:val="20"/>
        </w:rPr>
        <w:t>alteración</w:t>
      </w:r>
      <w:proofErr w:type="spellEnd"/>
      <w:r w:rsidRPr="00813254">
        <w:rPr>
          <w:sz w:val="20"/>
        </w:rPr>
        <w:t xml:space="preserve"> en la postura? Detalle: ........................................</w:t>
      </w:r>
    </w:p>
    <w:p w:rsidR="007343FD" w:rsidRPr="00813254" w:rsidRDefault="007343FD" w:rsidP="007343FD">
      <w:pPr>
        <w:rPr>
          <w:sz w:val="20"/>
        </w:rPr>
      </w:pPr>
      <w:r w:rsidRPr="00813254">
        <w:rPr>
          <w:sz w:val="20"/>
        </w:rPr>
        <w:t xml:space="preserve">Pie </w:t>
      </w:r>
      <w:proofErr w:type="spellStart"/>
      <w:r w:rsidRPr="00813254">
        <w:rPr>
          <w:sz w:val="20"/>
        </w:rPr>
        <w:t>plano</w:t>
      </w:r>
      <w:proofErr w:type="spellEnd"/>
      <w:r w:rsidRPr="00813254">
        <w:rPr>
          <w:sz w:val="20"/>
        </w:rPr>
        <w:t xml:space="preserve">: </w:t>
      </w:r>
      <w:proofErr w:type="gramStart"/>
      <w:r w:rsidRPr="00813254">
        <w:rPr>
          <w:sz w:val="20"/>
        </w:rPr>
        <w:t>SI  NO</w:t>
      </w:r>
      <w:proofErr w:type="gramEnd"/>
      <w:r w:rsidRPr="00813254">
        <w:rPr>
          <w:sz w:val="20"/>
        </w:rPr>
        <w:t xml:space="preserve"> </w:t>
      </w:r>
      <w:r w:rsidRPr="00813254">
        <w:rPr>
          <w:sz w:val="20"/>
        </w:rPr>
        <w:tab/>
        <w:t xml:space="preserve">  </w:t>
      </w:r>
      <w:proofErr w:type="spellStart"/>
      <w:r w:rsidRPr="00813254">
        <w:rPr>
          <w:sz w:val="20"/>
        </w:rPr>
        <w:t>Cavo</w:t>
      </w:r>
      <w:proofErr w:type="spellEnd"/>
      <w:r w:rsidRPr="00813254">
        <w:rPr>
          <w:sz w:val="20"/>
        </w:rPr>
        <w:t xml:space="preserve">: SI  NO   </w:t>
      </w:r>
      <w:r w:rsidRPr="00813254">
        <w:rPr>
          <w:sz w:val="20"/>
        </w:rPr>
        <w:tab/>
      </w:r>
      <w:r w:rsidRPr="00813254">
        <w:rPr>
          <w:sz w:val="20"/>
        </w:rPr>
        <w:tab/>
      </w:r>
      <w:proofErr w:type="spellStart"/>
      <w:r>
        <w:rPr>
          <w:sz w:val="20"/>
        </w:rPr>
        <w:t>Talo</w:t>
      </w:r>
      <w:proofErr w:type="spellEnd"/>
      <w:r w:rsidRPr="00813254">
        <w:rPr>
          <w:sz w:val="20"/>
        </w:rPr>
        <w:t xml:space="preserve">: SI  NO  </w:t>
      </w:r>
      <w:r w:rsidRPr="00813254">
        <w:rPr>
          <w:sz w:val="20"/>
        </w:rPr>
        <w:tab/>
      </w:r>
      <w:r w:rsidRPr="00813254">
        <w:rPr>
          <w:sz w:val="20"/>
        </w:rPr>
        <w:tab/>
        <w:t xml:space="preserve"> </w:t>
      </w:r>
      <w:proofErr w:type="spellStart"/>
      <w:r w:rsidRPr="00813254">
        <w:rPr>
          <w:sz w:val="20"/>
        </w:rPr>
        <w:t>Valgo</w:t>
      </w:r>
      <w:proofErr w:type="spellEnd"/>
      <w:r w:rsidRPr="00813254">
        <w:rPr>
          <w:sz w:val="20"/>
        </w:rPr>
        <w:t>: SI  NO</w:t>
      </w:r>
    </w:p>
    <w:p w:rsidR="005C46DA" w:rsidRPr="00813254" w:rsidRDefault="00E16C25" w:rsidP="00813254">
      <w:pPr>
        <w:rPr>
          <w:sz w:val="20"/>
        </w:rPr>
      </w:pPr>
      <w:r w:rsidRPr="00813254">
        <w:rPr>
          <w:b/>
          <w:sz w:val="20"/>
        </w:rPr>
        <w:t>ES ALÉRGICO A</w:t>
      </w:r>
    </w:p>
    <w:p w:rsidR="00813254" w:rsidRPr="00813254" w:rsidRDefault="00813254">
      <w:pPr>
        <w:rPr>
          <w:sz w:val="20"/>
        </w:rPr>
        <w:sectPr w:rsidR="00813254" w:rsidRPr="00813254" w:rsidSect="00813254">
          <w:pgSz w:w="12240" w:h="15840"/>
          <w:pgMar w:top="284" w:right="758" w:bottom="1134" w:left="1134" w:header="720" w:footer="720" w:gutter="0"/>
          <w:cols w:space="720"/>
          <w:docGrid w:linePitch="360"/>
        </w:sectPr>
      </w:pPr>
    </w:p>
    <w:p w:rsidR="005C46DA" w:rsidRPr="00813254" w:rsidRDefault="00E16C25">
      <w:pPr>
        <w:rPr>
          <w:sz w:val="20"/>
        </w:rPr>
      </w:pPr>
      <w:proofErr w:type="spellStart"/>
      <w:r w:rsidRPr="00813254">
        <w:rPr>
          <w:sz w:val="20"/>
        </w:rPr>
        <w:lastRenderedPageBreak/>
        <w:t>Medicamentos</w:t>
      </w:r>
      <w:proofErr w:type="spellEnd"/>
      <w:r w:rsidRPr="00813254">
        <w:rPr>
          <w:sz w:val="20"/>
        </w:rPr>
        <w:t xml:space="preserve">: </w:t>
      </w:r>
      <w:proofErr w:type="gramStart"/>
      <w:r w:rsidRPr="00813254">
        <w:rPr>
          <w:sz w:val="20"/>
        </w:rPr>
        <w:t>SI  NO</w:t>
      </w:r>
      <w:proofErr w:type="gramEnd"/>
      <w:r w:rsidRPr="00813254">
        <w:rPr>
          <w:sz w:val="20"/>
        </w:rPr>
        <w:t xml:space="preserve">  </w:t>
      </w:r>
      <w:proofErr w:type="spellStart"/>
      <w:r w:rsidRPr="00813254">
        <w:rPr>
          <w:sz w:val="20"/>
        </w:rPr>
        <w:t>Detalle</w:t>
      </w:r>
      <w:proofErr w:type="spellEnd"/>
      <w:r w:rsidRPr="00813254">
        <w:rPr>
          <w:sz w:val="20"/>
        </w:rPr>
        <w:t>: ........................................</w:t>
      </w:r>
    </w:p>
    <w:p w:rsidR="005C46DA" w:rsidRPr="00813254" w:rsidRDefault="00E16C25">
      <w:pPr>
        <w:rPr>
          <w:sz w:val="20"/>
        </w:rPr>
      </w:pPr>
      <w:r w:rsidRPr="00813254">
        <w:rPr>
          <w:sz w:val="20"/>
        </w:rPr>
        <w:t>Alimentos: SI  NO  Detalle: ........................................</w:t>
      </w:r>
    </w:p>
    <w:p w:rsidR="005C46DA" w:rsidRPr="00813254" w:rsidRDefault="00E16C25">
      <w:pPr>
        <w:rPr>
          <w:sz w:val="20"/>
        </w:rPr>
      </w:pPr>
      <w:r w:rsidRPr="00813254">
        <w:rPr>
          <w:sz w:val="20"/>
        </w:rPr>
        <w:lastRenderedPageBreak/>
        <w:t>Dermopatía: SI  NO  Detalle: ........................................</w:t>
      </w:r>
    </w:p>
    <w:p w:rsidR="005C46DA" w:rsidRPr="00813254" w:rsidRDefault="00E16C25">
      <w:pPr>
        <w:rPr>
          <w:sz w:val="20"/>
        </w:rPr>
      </w:pPr>
      <w:r w:rsidRPr="00813254">
        <w:rPr>
          <w:sz w:val="20"/>
        </w:rPr>
        <w:t>Otros: SI  NO  Detalle: ........................................</w:t>
      </w:r>
    </w:p>
    <w:p w:rsidR="00813254" w:rsidRPr="00813254" w:rsidRDefault="00813254">
      <w:pPr>
        <w:rPr>
          <w:sz w:val="20"/>
        </w:rPr>
        <w:sectPr w:rsidR="00813254" w:rsidRPr="00813254" w:rsidSect="00813254">
          <w:type w:val="continuous"/>
          <w:pgSz w:w="12240" w:h="15840"/>
          <w:pgMar w:top="1134" w:right="1134" w:bottom="1134" w:left="1134" w:header="720" w:footer="720" w:gutter="0"/>
          <w:cols w:num="2" w:space="720"/>
          <w:docGrid w:linePitch="360"/>
        </w:sectPr>
      </w:pPr>
    </w:p>
    <w:p w:rsidR="005C46DA" w:rsidRPr="00813254" w:rsidRDefault="00E16C25">
      <w:pPr>
        <w:rPr>
          <w:sz w:val="20"/>
        </w:rPr>
      </w:pPr>
      <w:r w:rsidRPr="00813254">
        <w:rPr>
          <w:b/>
          <w:sz w:val="20"/>
        </w:rPr>
        <w:lastRenderedPageBreak/>
        <w:t>PADECE O PADECIÓ DE</w:t>
      </w:r>
    </w:p>
    <w:p w:rsidR="00813254" w:rsidRPr="00813254" w:rsidRDefault="00813254">
      <w:pPr>
        <w:rPr>
          <w:sz w:val="20"/>
        </w:rPr>
        <w:sectPr w:rsidR="00813254" w:rsidRPr="00813254" w:rsidSect="00813254">
          <w:type w:val="continuous"/>
          <w:pgSz w:w="12240" w:h="15840"/>
          <w:pgMar w:top="851" w:right="1134" w:bottom="1134" w:left="1134" w:header="720" w:footer="720" w:gutter="0"/>
          <w:cols w:space="720"/>
          <w:docGrid w:linePitch="360"/>
        </w:sectPr>
      </w:pPr>
    </w:p>
    <w:p w:rsidR="005C46DA" w:rsidRPr="00813254" w:rsidRDefault="00E16C25">
      <w:pPr>
        <w:rPr>
          <w:sz w:val="20"/>
        </w:rPr>
      </w:pPr>
      <w:proofErr w:type="spellStart"/>
      <w:r w:rsidRPr="00813254">
        <w:rPr>
          <w:sz w:val="20"/>
        </w:rPr>
        <w:lastRenderedPageBreak/>
        <w:t>Rubeola</w:t>
      </w:r>
      <w:proofErr w:type="spellEnd"/>
      <w:r w:rsidRPr="00813254">
        <w:rPr>
          <w:sz w:val="20"/>
        </w:rPr>
        <w:t xml:space="preserve">:  </w:t>
      </w:r>
      <w:proofErr w:type="gramStart"/>
      <w:r w:rsidRPr="00813254">
        <w:rPr>
          <w:sz w:val="20"/>
        </w:rPr>
        <w:t>SI  NO</w:t>
      </w:r>
      <w:proofErr w:type="gramEnd"/>
      <w:r w:rsidRPr="00813254">
        <w:rPr>
          <w:sz w:val="20"/>
        </w:rPr>
        <w:t xml:space="preserve">  </w:t>
      </w:r>
      <w:proofErr w:type="spellStart"/>
      <w:r w:rsidRPr="00813254">
        <w:rPr>
          <w:sz w:val="20"/>
        </w:rPr>
        <w:t>Detalle</w:t>
      </w:r>
      <w:proofErr w:type="spellEnd"/>
      <w:r w:rsidRPr="00813254">
        <w:rPr>
          <w:sz w:val="20"/>
        </w:rPr>
        <w:t>: ____________________</w:t>
      </w:r>
    </w:p>
    <w:p w:rsidR="005C46DA" w:rsidRPr="00813254" w:rsidRDefault="00E16C25">
      <w:pPr>
        <w:rPr>
          <w:sz w:val="20"/>
        </w:rPr>
      </w:pPr>
      <w:r w:rsidRPr="00813254">
        <w:rPr>
          <w:sz w:val="20"/>
        </w:rPr>
        <w:t>Paperas:  SI  NO  Detalle: ____________________</w:t>
      </w:r>
    </w:p>
    <w:p w:rsidR="005C46DA" w:rsidRPr="00813254" w:rsidRDefault="00E16C25">
      <w:pPr>
        <w:rPr>
          <w:sz w:val="20"/>
        </w:rPr>
      </w:pPr>
      <w:r w:rsidRPr="00813254">
        <w:rPr>
          <w:sz w:val="20"/>
        </w:rPr>
        <w:t>Asma:  SI  NO  Detalle: ____________________</w:t>
      </w:r>
    </w:p>
    <w:p w:rsidR="005C46DA" w:rsidRPr="00813254" w:rsidRDefault="00E16C25">
      <w:pPr>
        <w:rPr>
          <w:sz w:val="20"/>
        </w:rPr>
      </w:pPr>
      <w:r w:rsidRPr="00813254">
        <w:rPr>
          <w:sz w:val="20"/>
        </w:rPr>
        <w:t>Soplo:  SI  NO  Detalle: ____________________</w:t>
      </w:r>
    </w:p>
    <w:p w:rsidR="005C46DA" w:rsidRPr="00813254" w:rsidRDefault="00E16C25">
      <w:pPr>
        <w:rPr>
          <w:sz w:val="20"/>
        </w:rPr>
      </w:pPr>
      <w:r w:rsidRPr="00813254">
        <w:rPr>
          <w:sz w:val="20"/>
        </w:rPr>
        <w:t>Cardiopatía:  SI  NO  Detalle: ____________________</w:t>
      </w:r>
    </w:p>
    <w:p w:rsidR="005C46DA" w:rsidRPr="00813254" w:rsidRDefault="00E16C25">
      <w:pPr>
        <w:rPr>
          <w:sz w:val="20"/>
        </w:rPr>
      </w:pPr>
      <w:r w:rsidRPr="00813254">
        <w:rPr>
          <w:sz w:val="20"/>
        </w:rPr>
        <w:t>Hepatitis:  SI  NO  Detalle: ____________________</w:t>
      </w:r>
    </w:p>
    <w:p w:rsidR="005C46DA" w:rsidRPr="00813254" w:rsidRDefault="00E16C25">
      <w:pPr>
        <w:rPr>
          <w:sz w:val="20"/>
        </w:rPr>
      </w:pPr>
      <w:r w:rsidRPr="00813254">
        <w:rPr>
          <w:sz w:val="20"/>
        </w:rPr>
        <w:lastRenderedPageBreak/>
        <w:t>Fracturas:  SI  NO  Detalle: ____________________</w:t>
      </w:r>
    </w:p>
    <w:p w:rsidR="005C46DA" w:rsidRPr="00813254" w:rsidRDefault="00E16C25">
      <w:pPr>
        <w:rPr>
          <w:sz w:val="20"/>
        </w:rPr>
      </w:pPr>
      <w:r w:rsidRPr="00813254">
        <w:rPr>
          <w:sz w:val="20"/>
        </w:rPr>
        <w:t>Mononucleosis:  SI  NO  Detalle: ____________________</w:t>
      </w:r>
    </w:p>
    <w:p w:rsidR="005C46DA" w:rsidRPr="00813254" w:rsidRDefault="00E16C25">
      <w:pPr>
        <w:rPr>
          <w:sz w:val="20"/>
        </w:rPr>
      </w:pPr>
      <w:r w:rsidRPr="00813254">
        <w:rPr>
          <w:sz w:val="20"/>
        </w:rPr>
        <w:t>Escarlatina:  SI  NO  Detalle: ____________________</w:t>
      </w:r>
    </w:p>
    <w:p w:rsidR="005C46DA" w:rsidRPr="00813254" w:rsidRDefault="00E16C25">
      <w:pPr>
        <w:rPr>
          <w:sz w:val="20"/>
        </w:rPr>
      </w:pPr>
      <w:r w:rsidRPr="00813254">
        <w:rPr>
          <w:sz w:val="20"/>
        </w:rPr>
        <w:t>Varicela:  SI  NO  Detalle: ____________________</w:t>
      </w:r>
    </w:p>
    <w:p w:rsidR="005C46DA" w:rsidRPr="00813254" w:rsidRDefault="00E16C25">
      <w:pPr>
        <w:rPr>
          <w:sz w:val="20"/>
        </w:rPr>
      </w:pPr>
      <w:r w:rsidRPr="00813254">
        <w:rPr>
          <w:sz w:val="20"/>
        </w:rPr>
        <w:t>Migraña:  SI  NO  Detalle: ____________________</w:t>
      </w:r>
    </w:p>
    <w:p w:rsidR="005C46DA" w:rsidRPr="00813254" w:rsidRDefault="00E16C25">
      <w:pPr>
        <w:rPr>
          <w:sz w:val="20"/>
        </w:rPr>
      </w:pPr>
      <w:r w:rsidRPr="00813254">
        <w:rPr>
          <w:sz w:val="20"/>
        </w:rPr>
        <w:t>Sarampión:  SI  NO  Detalle: ____________________</w:t>
      </w:r>
    </w:p>
    <w:p w:rsidR="005C46DA" w:rsidRPr="00813254" w:rsidRDefault="00E16C25">
      <w:pPr>
        <w:rPr>
          <w:sz w:val="20"/>
        </w:rPr>
      </w:pPr>
      <w:r w:rsidRPr="00813254">
        <w:rPr>
          <w:sz w:val="20"/>
        </w:rPr>
        <w:lastRenderedPageBreak/>
        <w:t>Epilepsia:  SI  NO  Detalle: ____________________</w:t>
      </w:r>
    </w:p>
    <w:p w:rsidR="005C46DA" w:rsidRPr="00813254" w:rsidRDefault="00E16C25">
      <w:pPr>
        <w:rPr>
          <w:sz w:val="20"/>
        </w:rPr>
      </w:pPr>
      <w:r w:rsidRPr="00813254">
        <w:rPr>
          <w:sz w:val="20"/>
        </w:rPr>
        <w:t>Diabetes:  SI  NO  Detalle: ____________________</w:t>
      </w:r>
    </w:p>
    <w:p w:rsidR="005C46DA" w:rsidRPr="00813254" w:rsidRDefault="00E16C25">
      <w:pPr>
        <w:rPr>
          <w:sz w:val="20"/>
        </w:rPr>
      </w:pPr>
      <w:r w:rsidRPr="00813254">
        <w:rPr>
          <w:sz w:val="20"/>
        </w:rPr>
        <w:t>Convulsiones:  SI  NO  Detalle: ____________________</w:t>
      </w:r>
    </w:p>
    <w:p w:rsidR="005C46DA" w:rsidRPr="00813254" w:rsidRDefault="00E16C25">
      <w:pPr>
        <w:rPr>
          <w:sz w:val="20"/>
        </w:rPr>
      </w:pPr>
      <w:r w:rsidRPr="00813254">
        <w:rPr>
          <w:sz w:val="20"/>
        </w:rPr>
        <w:lastRenderedPageBreak/>
        <w:t>Hipertens</w:t>
      </w:r>
      <w:r w:rsidR="007343FD">
        <w:rPr>
          <w:sz w:val="20"/>
        </w:rPr>
        <w:t xml:space="preserve">ión arterial:  </w:t>
      </w:r>
      <w:proofErr w:type="gramStart"/>
      <w:r w:rsidR="007343FD">
        <w:rPr>
          <w:sz w:val="20"/>
        </w:rPr>
        <w:t>SI  NO</w:t>
      </w:r>
      <w:proofErr w:type="gramEnd"/>
      <w:r w:rsidR="007343FD">
        <w:rPr>
          <w:sz w:val="20"/>
        </w:rPr>
        <w:t xml:space="preserve">  </w:t>
      </w:r>
      <w:proofErr w:type="spellStart"/>
      <w:r w:rsidR="007343FD">
        <w:rPr>
          <w:sz w:val="20"/>
        </w:rPr>
        <w:t>Detalle</w:t>
      </w:r>
      <w:proofErr w:type="spellEnd"/>
      <w:r w:rsidR="007343FD">
        <w:rPr>
          <w:sz w:val="20"/>
        </w:rPr>
        <w:t>: …………………</w:t>
      </w:r>
    </w:p>
    <w:p w:rsidR="005C46DA" w:rsidRPr="00813254" w:rsidRDefault="00E16C25">
      <w:pPr>
        <w:rPr>
          <w:sz w:val="20"/>
        </w:rPr>
      </w:pPr>
      <w:r w:rsidRPr="00813254">
        <w:rPr>
          <w:sz w:val="20"/>
        </w:rPr>
        <w:t xml:space="preserve">Fiebre reumática:  </w:t>
      </w:r>
      <w:proofErr w:type="gramStart"/>
      <w:r w:rsidRPr="00813254">
        <w:rPr>
          <w:sz w:val="20"/>
        </w:rPr>
        <w:t>SI  NO</w:t>
      </w:r>
      <w:proofErr w:type="gramEnd"/>
      <w:r w:rsidRPr="00813254">
        <w:rPr>
          <w:sz w:val="20"/>
        </w:rPr>
        <w:t xml:space="preserve">  Detalle: ____________________</w:t>
      </w:r>
    </w:p>
    <w:p w:rsidR="00813254" w:rsidRPr="00813254" w:rsidRDefault="00813254">
      <w:pPr>
        <w:rPr>
          <w:b/>
          <w:sz w:val="20"/>
        </w:rPr>
        <w:sectPr w:rsidR="00813254" w:rsidRPr="00813254" w:rsidSect="00813254">
          <w:type w:val="continuous"/>
          <w:pgSz w:w="12240" w:h="15840"/>
          <w:pgMar w:top="1134" w:right="1134" w:bottom="1134" w:left="1134" w:header="720" w:footer="720" w:gutter="0"/>
          <w:cols w:num="2" w:space="720"/>
          <w:docGrid w:linePitch="360"/>
        </w:sectPr>
      </w:pPr>
    </w:p>
    <w:p w:rsidR="005C46DA" w:rsidRPr="00813254" w:rsidRDefault="00E16C25">
      <w:pPr>
        <w:rPr>
          <w:sz w:val="20"/>
        </w:rPr>
      </w:pPr>
      <w:r w:rsidRPr="00813254">
        <w:rPr>
          <w:b/>
          <w:sz w:val="20"/>
        </w:rPr>
        <w:lastRenderedPageBreak/>
        <w:t>PADECE / CIÓ DE</w:t>
      </w:r>
    </w:p>
    <w:p w:rsidR="005C46DA" w:rsidRPr="00813254" w:rsidRDefault="00E16C25">
      <w:pPr>
        <w:rPr>
          <w:sz w:val="20"/>
        </w:rPr>
      </w:pPr>
      <w:r w:rsidRPr="00813254">
        <w:rPr>
          <w:sz w:val="20"/>
        </w:rPr>
        <w:t xml:space="preserve">¿Tuvo algún episodio de </w:t>
      </w:r>
      <w:proofErr w:type="spellStart"/>
      <w:r w:rsidRPr="00813254">
        <w:rPr>
          <w:sz w:val="20"/>
        </w:rPr>
        <w:t>paro</w:t>
      </w:r>
      <w:proofErr w:type="spellEnd"/>
      <w:r w:rsidRPr="00813254">
        <w:rPr>
          <w:sz w:val="20"/>
        </w:rPr>
        <w:t xml:space="preserve"> </w:t>
      </w:r>
      <w:proofErr w:type="spellStart"/>
      <w:r w:rsidRPr="00813254">
        <w:rPr>
          <w:sz w:val="20"/>
        </w:rPr>
        <w:t>cardiorrespiratorio</w:t>
      </w:r>
      <w:proofErr w:type="spellEnd"/>
      <w:r w:rsidRPr="00813254">
        <w:rPr>
          <w:sz w:val="20"/>
        </w:rPr>
        <w:t xml:space="preserve"> con </w:t>
      </w:r>
      <w:proofErr w:type="spellStart"/>
      <w:r w:rsidR="007343FD">
        <w:rPr>
          <w:sz w:val="20"/>
        </w:rPr>
        <w:t>re</w:t>
      </w:r>
      <w:r w:rsidRPr="00813254">
        <w:rPr>
          <w:sz w:val="20"/>
        </w:rPr>
        <w:t>animación</w:t>
      </w:r>
      <w:proofErr w:type="spellEnd"/>
      <w:r w:rsidRPr="00813254">
        <w:rPr>
          <w:sz w:val="20"/>
        </w:rPr>
        <w:t xml:space="preserve"> RCP o </w:t>
      </w:r>
      <w:proofErr w:type="spellStart"/>
      <w:r w:rsidRPr="00813254">
        <w:rPr>
          <w:sz w:val="20"/>
        </w:rPr>
        <w:t>desfibrilador</w:t>
      </w:r>
      <w:proofErr w:type="spellEnd"/>
      <w:r w:rsidRPr="00813254">
        <w:rPr>
          <w:sz w:val="20"/>
        </w:rPr>
        <w:t>?  SI  NO</w:t>
      </w:r>
    </w:p>
    <w:p w:rsidR="005C46DA" w:rsidRPr="00813254" w:rsidRDefault="00E16C25">
      <w:pPr>
        <w:rPr>
          <w:sz w:val="20"/>
        </w:rPr>
      </w:pPr>
      <w:r w:rsidRPr="00813254">
        <w:rPr>
          <w:sz w:val="20"/>
        </w:rPr>
        <w:t>¿Está tomando medicación?  SI  NO  ¿Cuál?: ........................................</w:t>
      </w:r>
    </w:p>
    <w:p w:rsidR="007343FD" w:rsidRPr="00813254" w:rsidRDefault="007343FD" w:rsidP="007343FD">
      <w:pPr>
        <w:rPr>
          <w:sz w:val="20"/>
        </w:rPr>
      </w:pPr>
      <w:r w:rsidRPr="00813254">
        <w:rPr>
          <w:b/>
          <w:sz w:val="20"/>
        </w:rPr>
        <w:t>ANTECEDENTES DE FAMILIARES DIRECTOS</w:t>
      </w:r>
    </w:p>
    <w:p w:rsidR="007343FD" w:rsidRPr="00813254" w:rsidRDefault="007343FD" w:rsidP="007343FD">
      <w:pPr>
        <w:rPr>
          <w:sz w:val="20"/>
        </w:rPr>
      </w:pPr>
      <w:r w:rsidRPr="00813254">
        <w:rPr>
          <w:sz w:val="20"/>
        </w:rPr>
        <w:t xml:space="preserve">Enfermedad Renal: </w:t>
      </w:r>
      <w:proofErr w:type="gramStart"/>
      <w:r w:rsidRPr="00813254">
        <w:rPr>
          <w:sz w:val="20"/>
        </w:rPr>
        <w:t>SI  NO</w:t>
      </w:r>
      <w:proofErr w:type="gramEnd"/>
      <w:r w:rsidRPr="00813254">
        <w:rPr>
          <w:sz w:val="20"/>
        </w:rPr>
        <w:t xml:space="preserve">   </w:t>
      </w:r>
      <w:r w:rsidRPr="00813254">
        <w:rPr>
          <w:sz w:val="20"/>
        </w:rPr>
        <w:tab/>
      </w:r>
      <w:r w:rsidRPr="00813254">
        <w:rPr>
          <w:sz w:val="20"/>
        </w:rPr>
        <w:tab/>
      </w:r>
      <w:r w:rsidRPr="00813254">
        <w:rPr>
          <w:sz w:val="20"/>
        </w:rPr>
        <w:tab/>
      </w:r>
      <w:r w:rsidRPr="00813254">
        <w:rPr>
          <w:sz w:val="20"/>
        </w:rPr>
        <w:tab/>
        <w:t xml:space="preserve"> Hipertensión Arterial: SI  NO</w:t>
      </w:r>
    </w:p>
    <w:p w:rsidR="007343FD" w:rsidRPr="00813254" w:rsidRDefault="007343FD" w:rsidP="007343FD">
      <w:pPr>
        <w:rPr>
          <w:sz w:val="20"/>
        </w:rPr>
      </w:pPr>
      <w:r w:rsidRPr="00813254">
        <w:rPr>
          <w:sz w:val="20"/>
        </w:rPr>
        <w:t xml:space="preserve">Depresión: </w:t>
      </w:r>
      <w:proofErr w:type="gramStart"/>
      <w:r w:rsidRPr="00813254">
        <w:rPr>
          <w:sz w:val="20"/>
        </w:rPr>
        <w:t>SI  NO</w:t>
      </w:r>
      <w:proofErr w:type="gramEnd"/>
      <w:r w:rsidRPr="00813254">
        <w:rPr>
          <w:sz w:val="20"/>
        </w:rPr>
        <w:t xml:space="preserve">   </w:t>
      </w:r>
      <w:r w:rsidRPr="00813254">
        <w:rPr>
          <w:sz w:val="20"/>
        </w:rPr>
        <w:tab/>
      </w:r>
      <w:r w:rsidRPr="00813254">
        <w:rPr>
          <w:sz w:val="20"/>
        </w:rPr>
        <w:tab/>
      </w:r>
      <w:r w:rsidRPr="00813254">
        <w:rPr>
          <w:sz w:val="20"/>
        </w:rPr>
        <w:tab/>
      </w:r>
      <w:r w:rsidRPr="00813254">
        <w:rPr>
          <w:sz w:val="20"/>
        </w:rPr>
        <w:tab/>
      </w:r>
      <w:r w:rsidRPr="00813254">
        <w:rPr>
          <w:sz w:val="20"/>
        </w:rPr>
        <w:tab/>
        <w:t xml:space="preserve"> Diabetes: SI  NO</w:t>
      </w:r>
    </w:p>
    <w:p w:rsidR="007343FD" w:rsidRPr="00813254" w:rsidRDefault="007343FD" w:rsidP="007343FD">
      <w:pPr>
        <w:rPr>
          <w:sz w:val="20"/>
        </w:rPr>
      </w:pPr>
      <w:r w:rsidRPr="00813254">
        <w:rPr>
          <w:sz w:val="20"/>
        </w:rPr>
        <w:t xml:space="preserve">Epilepsia: </w:t>
      </w:r>
      <w:proofErr w:type="gramStart"/>
      <w:r w:rsidRPr="00813254">
        <w:rPr>
          <w:sz w:val="20"/>
        </w:rPr>
        <w:t>SI  NO</w:t>
      </w:r>
      <w:proofErr w:type="gramEnd"/>
      <w:r w:rsidRPr="00813254">
        <w:rPr>
          <w:sz w:val="20"/>
        </w:rPr>
        <w:t xml:space="preserve">   </w:t>
      </w:r>
      <w:r w:rsidRPr="00813254">
        <w:rPr>
          <w:sz w:val="20"/>
        </w:rPr>
        <w:tab/>
      </w:r>
      <w:r w:rsidRPr="00813254">
        <w:rPr>
          <w:sz w:val="20"/>
        </w:rPr>
        <w:tab/>
      </w:r>
      <w:r w:rsidRPr="00813254">
        <w:rPr>
          <w:sz w:val="20"/>
        </w:rPr>
        <w:tab/>
      </w:r>
      <w:r w:rsidRPr="00813254">
        <w:rPr>
          <w:sz w:val="20"/>
        </w:rPr>
        <w:tab/>
      </w:r>
      <w:r w:rsidRPr="00813254">
        <w:rPr>
          <w:sz w:val="20"/>
        </w:rPr>
        <w:tab/>
        <w:t xml:space="preserve"> Obesidad: SI  NO</w:t>
      </w:r>
    </w:p>
    <w:p w:rsidR="007343FD" w:rsidRPr="00813254" w:rsidRDefault="007343FD" w:rsidP="007343FD">
      <w:pPr>
        <w:rPr>
          <w:sz w:val="20"/>
        </w:rPr>
      </w:pPr>
      <w:r w:rsidRPr="00813254">
        <w:rPr>
          <w:sz w:val="20"/>
        </w:rPr>
        <w:t>Otros: ........................................</w:t>
      </w:r>
    </w:p>
    <w:p w:rsidR="005C46DA" w:rsidRPr="00813254" w:rsidRDefault="00E16C25">
      <w:pPr>
        <w:rPr>
          <w:sz w:val="20"/>
        </w:rPr>
      </w:pPr>
      <w:r w:rsidRPr="00813254">
        <w:rPr>
          <w:b/>
          <w:sz w:val="20"/>
        </w:rPr>
        <w:t>LUGAR DE TRASLADO Y CONTACTOS</w:t>
      </w:r>
    </w:p>
    <w:p w:rsidR="005C46DA" w:rsidRPr="00813254" w:rsidRDefault="00E16C25">
      <w:pPr>
        <w:rPr>
          <w:sz w:val="20"/>
        </w:rPr>
      </w:pPr>
      <w:r w:rsidRPr="00813254">
        <w:rPr>
          <w:sz w:val="20"/>
        </w:rPr>
        <w:t>Lugar de traslado más cercano correspondiente a su O.S / Prepaga: ........................................</w:t>
      </w:r>
    </w:p>
    <w:p w:rsidR="005C46DA" w:rsidRPr="00813254" w:rsidRDefault="00E16C25">
      <w:pPr>
        <w:rPr>
          <w:sz w:val="20"/>
        </w:rPr>
      </w:pPr>
      <w:r w:rsidRPr="00813254">
        <w:rPr>
          <w:sz w:val="20"/>
        </w:rPr>
        <w:t>En caso de emergencia comunicarse con: ................................ Tel/Cel: ........</w:t>
      </w:r>
      <w:r w:rsidR="007343FD">
        <w:rPr>
          <w:sz w:val="20"/>
        </w:rPr>
        <w:t>...............</w:t>
      </w:r>
      <w:r w:rsidRPr="00813254">
        <w:rPr>
          <w:sz w:val="20"/>
        </w:rPr>
        <w:t xml:space="preserve"> </w:t>
      </w:r>
      <w:proofErr w:type="spellStart"/>
      <w:r w:rsidRPr="00813254">
        <w:rPr>
          <w:sz w:val="20"/>
        </w:rPr>
        <w:t>Laboral</w:t>
      </w:r>
      <w:proofErr w:type="spellEnd"/>
      <w:r w:rsidRPr="00813254">
        <w:rPr>
          <w:sz w:val="20"/>
        </w:rPr>
        <w:t xml:space="preserve">: </w:t>
      </w:r>
      <w:r w:rsidR="007343FD">
        <w:rPr>
          <w:sz w:val="20"/>
        </w:rPr>
        <w:t>………………</w:t>
      </w:r>
      <w:r w:rsidRPr="00813254">
        <w:rPr>
          <w:sz w:val="20"/>
        </w:rPr>
        <w:t>......</w:t>
      </w:r>
    </w:p>
    <w:p w:rsidR="005C46DA" w:rsidRPr="00813254" w:rsidRDefault="00E16C25">
      <w:pPr>
        <w:rPr>
          <w:sz w:val="20"/>
        </w:rPr>
      </w:pPr>
      <w:r w:rsidRPr="00813254">
        <w:rPr>
          <w:sz w:val="20"/>
        </w:rPr>
        <w:t>Con: ................................ Tel/</w:t>
      </w:r>
      <w:proofErr w:type="spellStart"/>
      <w:r w:rsidRPr="00813254">
        <w:rPr>
          <w:sz w:val="20"/>
        </w:rPr>
        <w:t>Cel</w:t>
      </w:r>
      <w:proofErr w:type="spellEnd"/>
      <w:r w:rsidRPr="00813254">
        <w:rPr>
          <w:sz w:val="20"/>
        </w:rPr>
        <w:t xml:space="preserve">: </w:t>
      </w:r>
      <w:r w:rsidR="007343FD">
        <w:rPr>
          <w:sz w:val="20"/>
        </w:rPr>
        <w:t>……………</w:t>
      </w:r>
      <w:r w:rsidRPr="00813254">
        <w:rPr>
          <w:sz w:val="20"/>
        </w:rPr>
        <w:t>...... Laboral: .......</w:t>
      </w:r>
      <w:r w:rsidR="007343FD">
        <w:rPr>
          <w:sz w:val="20"/>
        </w:rPr>
        <w:t>.................</w:t>
      </w:r>
      <w:r w:rsidRPr="00813254">
        <w:rPr>
          <w:sz w:val="20"/>
        </w:rPr>
        <w:t>.</w:t>
      </w:r>
    </w:p>
    <w:p w:rsidR="005C46DA" w:rsidRPr="00813254" w:rsidRDefault="00E16C25">
      <w:pPr>
        <w:rPr>
          <w:sz w:val="20"/>
        </w:rPr>
      </w:pPr>
      <w:r w:rsidRPr="00813254">
        <w:rPr>
          <w:b/>
          <w:sz w:val="20"/>
        </w:rPr>
        <w:t>ACLARACIONES IMPORTANTES DEL RESPONSABLE</w:t>
      </w:r>
    </w:p>
    <w:p w:rsidR="005C46DA" w:rsidRPr="00813254" w:rsidRDefault="00E16C25">
      <w:pPr>
        <w:rPr>
          <w:sz w:val="20"/>
        </w:rPr>
      </w:pPr>
      <w:proofErr w:type="spellStart"/>
      <w:r w:rsidRPr="00813254">
        <w:rPr>
          <w:sz w:val="20"/>
        </w:rPr>
        <w:t>Certifico</w:t>
      </w:r>
      <w:proofErr w:type="spellEnd"/>
      <w:r w:rsidRPr="00813254">
        <w:rPr>
          <w:sz w:val="20"/>
        </w:rPr>
        <w:t xml:space="preserve"> la </w:t>
      </w:r>
      <w:proofErr w:type="spellStart"/>
      <w:r w:rsidRPr="00813254">
        <w:rPr>
          <w:sz w:val="20"/>
        </w:rPr>
        <w:t>veracidad</w:t>
      </w:r>
      <w:proofErr w:type="spellEnd"/>
      <w:r w:rsidRPr="00813254">
        <w:rPr>
          <w:sz w:val="20"/>
        </w:rPr>
        <w:t xml:space="preserve"> de los datos consignados y autorizo a mi hijo/</w:t>
      </w:r>
      <w:proofErr w:type="gramStart"/>
      <w:r w:rsidRPr="00813254">
        <w:rPr>
          <w:sz w:val="20"/>
        </w:rPr>
        <w:t>a</w:t>
      </w:r>
      <w:proofErr w:type="gramEnd"/>
      <w:r w:rsidRPr="00813254">
        <w:rPr>
          <w:sz w:val="20"/>
        </w:rPr>
        <w:t xml:space="preserve"> a realizar actividad física y autorizo al personal docente del Instituto María Auxiliadora de Neuquén a trasladarlo/a a un centro médico por intermedio de VITAL Emergencias Médicas ante una eventualidad que requiera atención médica inmediata.</w:t>
      </w:r>
    </w:p>
    <w:p w:rsidR="005C46DA" w:rsidRPr="00813254" w:rsidRDefault="00E16C25">
      <w:pPr>
        <w:rPr>
          <w:sz w:val="20"/>
        </w:rPr>
      </w:pPr>
      <w:r w:rsidRPr="00813254">
        <w:rPr>
          <w:sz w:val="20"/>
        </w:rPr>
        <w:t xml:space="preserve">Firma </w:t>
      </w:r>
      <w:proofErr w:type="spellStart"/>
      <w:r w:rsidRPr="00813254">
        <w:rPr>
          <w:sz w:val="20"/>
        </w:rPr>
        <w:t>madre</w:t>
      </w:r>
      <w:proofErr w:type="spellEnd"/>
      <w:r w:rsidRPr="00813254">
        <w:rPr>
          <w:sz w:val="20"/>
        </w:rPr>
        <w:t>/padre/tutor: _________________________   DNI: __________________</w:t>
      </w:r>
    </w:p>
    <w:p w:rsidR="00813254" w:rsidRPr="00813254" w:rsidRDefault="00813254">
      <w:pPr>
        <w:rPr>
          <w:b/>
          <w:sz w:val="20"/>
        </w:rPr>
        <w:sectPr w:rsidR="00813254" w:rsidRPr="00813254" w:rsidSect="00813254">
          <w:type w:val="continuous"/>
          <w:pgSz w:w="12240" w:h="15840"/>
          <w:pgMar w:top="1134" w:right="1134" w:bottom="1134" w:left="1134" w:header="720" w:footer="720" w:gutter="0"/>
          <w:cols w:space="720"/>
          <w:docGrid w:linePitch="360"/>
        </w:sectPr>
      </w:pPr>
    </w:p>
    <w:p w:rsidR="005C46DA" w:rsidRPr="00813254" w:rsidRDefault="00E16C25">
      <w:pPr>
        <w:rPr>
          <w:sz w:val="20"/>
        </w:rPr>
      </w:pPr>
      <w:r w:rsidRPr="00813254">
        <w:rPr>
          <w:b/>
          <w:sz w:val="20"/>
        </w:rPr>
        <w:lastRenderedPageBreak/>
        <w:t>A COMPLETAR POR EL PROFESIONAL</w:t>
      </w:r>
    </w:p>
    <w:p w:rsidR="005C46DA" w:rsidRPr="00813254" w:rsidRDefault="00E16C25">
      <w:pPr>
        <w:rPr>
          <w:sz w:val="20"/>
        </w:rPr>
      </w:pPr>
      <w:r w:rsidRPr="00813254">
        <w:rPr>
          <w:sz w:val="20"/>
        </w:rPr>
        <w:t>SIGNOS VITALES</w:t>
      </w:r>
    </w:p>
    <w:p w:rsidR="005C46DA" w:rsidRPr="00813254" w:rsidRDefault="00E16C25">
      <w:pPr>
        <w:rPr>
          <w:sz w:val="20"/>
        </w:rPr>
      </w:pPr>
      <w:r w:rsidRPr="00813254">
        <w:rPr>
          <w:sz w:val="20"/>
        </w:rPr>
        <w:t>FC: ........ FR: ........ TA: ........</w:t>
      </w:r>
    </w:p>
    <w:p w:rsidR="005C46DA" w:rsidRPr="00813254" w:rsidRDefault="00E16C25">
      <w:pPr>
        <w:rPr>
          <w:sz w:val="20"/>
        </w:rPr>
      </w:pPr>
      <w:r w:rsidRPr="00813254">
        <w:rPr>
          <w:sz w:val="20"/>
        </w:rPr>
        <w:t>R1: ........ R2: ........ Soplos: ........</w:t>
      </w:r>
    </w:p>
    <w:p w:rsidR="005C46DA" w:rsidRDefault="00E16C25">
      <w:pPr>
        <w:rPr>
          <w:sz w:val="20"/>
        </w:rPr>
      </w:pPr>
      <w:r w:rsidRPr="00813254">
        <w:rPr>
          <w:sz w:val="20"/>
        </w:rPr>
        <w:t>R3: ........ R4: ........ Pulsos periféricos: ........</w:t>
      </w:r>
    </w:p>
    <w:p w:rsidR="005C46DA" w:rsidRPr="00813254" w:rsidRDefault="00E16C25">
      <w:pPr>
        <w:rPr>
          <w:sz w:val="20"/>
        </w:rPr>
      </w:pPr>
      <w:r w:rsidRPr="00813254">
        <w:rPr>
          <w:b/>
          <w:sz w:val="20"/>
        </w:rPr>
        <w:t>INFORMACIÓN NUTRICIONA</w:t>
      </w:r>
      <w:r w:rsidR="007343FD">
        <w:rPr>
          <w:b/>
          <w:sz w:val="20"/>
        </w:rPr>
        <w:t xml:space="preserve">L: </w:t>
      </w:r>
      <w:bookmarkStart w:id="0" w:name="_GoBack"/>
      <w:bookmarkEnd w:id="0"/>
    </w:p>
    <w:p w:rsidR="007343FD" w:rsidRDefault="007343FD">
      <w:pPr>
        <w:rPr>
          <w:sz w:val="20"/>
        </w:rPr>
      </w:pPr>
    </w:p>
    <w:p w:rsidR="005C46DA" w:rsidRPr="007343FD" w:rsidRDefault="00E16C25">
      <w:pPr>
        <w:rPr>
          <w:color w:val="FF0000"/>
          <w:sz w:val="20"/>
        </w:rPr>
      </w:pPr>
      <w:r w:rsidRPr="00813254">
        <w:rPr>
          <w:sz w:val="20"/>
        </w:rPr>
        <w:t xml:space="preserve">Peso: ........ </w:t>
      </w:r>
      <w:r w:rsidRPr="007343FD">
        <w:rPr>
          <w:color w:val="FF0000"/>
          <w:sz w:val="20"/>
        </w:rPr>
        <w:t>Peso bajo para la talla: ........</w:t>
      </w:r>
    </w:p>
    <w:p w:rsidR="005C46DA" w:rsidRPr="007343FD" w:rsidRDefault="00E16C25">
      <w:pPr>
        <w:rPr>
          <w:color w:val="FF0000"/>
          <w:sz w:val="20"/>
        </w:rPr>
      </w:pPr>
      <w:r w:rsidRPr="00813254">
        <w:rPr>
          <w:sz w:val="20"/>
        </w:rPr>
        <w:t xml:space="preserve">Talla: ........ </w:t>
      </w:r>
      <w:r w:rsidRPr="007343FD">
        <w:rPr>
          <w:color w:val="FF0000"/>
          <w:sz w:val="20"/>
        </w:rPr>
        <w:t>Peso normal para la talla: ........</w:t>
      </w:r>
    </w:p>
    <w:p w:rsidR="005C46DA" w:rsidRPr="00813254" w:rsidRDefault="00E16C25">
      <w:pPr>
        <w:rPr>
          <w:sz w:val="20"/>
        </w:rPr>
      </w:pPr>
      <w:r w:rsidRPr="00813254">
        <w:rPr>
          <w:sz w:val="20"/>
        </w:rPr>
        <w:t xml:space="preserve">IMC: ........ </w:t>
      </w:r>
      <w:r w:rsidRPr="007343FD">
        <w:rPr>
          <w:color w:val="FF0000"/>
          <w:sz w:val="20"/>
        </w:rPr>
        <w:t>Se sugiere control nutricional</w:t>
      </w:r>
    </w:p>
    <w:p w:rsidR="005C46DA" w:rsidRDefault="00E16C25">
      <w:pPr>
        <w:rPr>
          <w:sz w:val="20"/>
        </w:rPr>
      </w:pPr>
      <w:r w:rsidRPr="00813254">
        <w:rPr>
          <w:sz w:val="20"/>
        </w:rPr>
        <w:t>Observaciones: ........................................</w:t>
      </w:r>
    </w:p>
    <w:p w:rsidR="00813254" w:rsidRPr="00813254" w:rsidRDefault="00813254" w:rsidP="00813254">
      <w:pPr>
        <w:rPr>
          <w:sz w:val="20"/>
        </w:rPr>
        <w:sectPr w:rsidR="00813254" w:rsidRPr="00813254" w:rsidSect="00813254">
          <w:type w:val="continuous"/>
          <w:pgSz w:w="12240" w:h="15840"/>
          <w:pgMar w:top="1134" w:right="758" w:bottom="1134" w:left="1134" w:header="720" w:footer="720" w:gutter="0"/>
          <w:cols w:num="2" w:space="426"/>
          <w:docGrid w:linePitch="360"/>
        </w:sectPr>
      </w:pPr>
    </w:p>
    <w:p w:rsidR="00813254" w:rsidRPr="00813254" w:rsidRDefault="00813254" w:rsidP="00813254">
      <w:pPr>
        <w:rPr>
          <w:sz w:val="20"/>
        </w:rPr>
      </w:pPr>
      <w:r w:rsidRPr="00813254">
        <w:rPr>
          <w:b/>
          <w:sz w:val="20"/>
        </w:rPr>
        <w:lastRenderedPageBreak/>
        <w:t>CERTIFICADO DE APTITUD FÍSICA</w:t>
      </w:r>
    </w:p>
    <w:p w:rsidR="00813254" w:rsidRPr="00813254" w:rsidRDefault="00813254" w:rsidP="00813254">
      <w:pPr>
        <w:rPr>
          <w:sz w:val="20"/>
        </w:rPr>
      </w:pPr>
      <w:r w:rsidRPr="00813254">
        <w:rPr>
          <w:sz w:val="20"/>
        </w:rPr>
        <w:t>Certifico que el/la niño/a se encuentra apto/a para realizar actividad física recreativa o deportiva.</w:t>
      </w:r>
    </w:p>
    <w:p w:rsidR="007343FD" w:rsidRDefault="00813254">
      <w:pPr>
        <w:rPr>
          <w:sz w:val="20"/>
        </w:rPr>
      </w:pPr>
      <w:r w:rsidRPr="00813254">
        <w:rPr>
          <w:sz w:val="20"/>
        </w:rPr>
        <w:t>Ciudad: ..................... Fecha: .........</w:t>
      </w:r>
      <w:r w:rsidR="007343FD">
        <w:rPr>
          <w:sz w:val="20"/>
        </w:rPr>
        <w:t>.... de ................ de 2026</w:t>
      </w:r>
    </w:p>
    <w:p w:rsidR="005C46DA" w:rsidRPr="00813254" w:rsidRDefault="00813254">
      <w:pPr>
        <w:rPr>
          <w:sz w:val="20"/>
        </w:rPr>
      </w:pPr>
      <w:r w:rsidRPr="00813254">
        <w:rPr>
          <w:sz w:val="20"/>
        </w:rPr>
        <w:t xml:space="preserve">Firma y </w:t>
      </w:r>
      <w:proofErr w:type="spellStart"/>
      <w:r w:rsidRPr="00813254">
        <w:rPr>
          <w:sz w:val="20"/>
        </w:rPr>
        <w:t>sello</w:t>
      </w:r>
      <w:proofErr w:type="spellEnd"/>
      <w:r w:rsidRPr="00813254">
        <w:rPr>
          <w:sz w:val="20"/>
        </w:rPr>
        <w:t xml:space="preserve"> </w:t>
      </w:r>
      <w:proofErr w:type="spellStart"/>
      <w:r w:rsidRPr="00813254">
        <w:rPr>
          <w:sz w:val="20"/>
        </w:rPr>
        <w:t>médico</w:t>
      </w:r>
      <w:proofErr w:type="spellEnd"/>
      <w:r w:rsidRPr="00813254">
        <w:rPr>
          <w:sz w:val="20"/>
        </w:rPr>
        <w:t>: ........................................</w:t>
      </w:r>
    </w:p>
    <w:sectPr w:rsidR="005C46DA" w:rsidRPr="00813254" w:rsidSect="00813254">
      <w:type w:val="continuous"/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C46DA"/>
    <w:rsid w:val="007343FD"/>
    <w:rsid w:val="00813254"/>
    <w:rsid w:val="00AA1D8D"/>
    <w:rsid w:val="00B47730"/>
    <w:rsid w:val="00CB0664"/>
    <w:rsid w:val="00E16C2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7F2310"/>
  <w14:defaultImageDpi w14:val="300"/>
  <w15:docId w15:val="{F2420686-CD29-4197-8456-E6A6FB68E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109E903-5AA5-401F-BB86-0874BFB00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686</Words>
  <Characters>3774</Characters>
  <Application>Microsoft Office Word</Application>
  <DocSecurity>0</DocSecurity>
  <Lines>31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4452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Usuario Administración</cp:lastModifiedBy>
  <cp:revision>3</cp:revision>
  <dcterms:created xsi:type="dcterms:W3CDTF">2026-01-12T17:44:00Z</dcterms:created>
  <dcterms:modified xsi:type="dcterms:W3CDTF">2026-01-12T18:13:00Z</dcterms:modified>
  <cp:category/>
</cp:coreProperties>
</file>